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color w:val="0F172A"/>
          <w:sz w:val="30"/>
        </w:rPr>
        <w:t>RETURNABLE GATE PASS (RGP)</w:t>
      </w:r>
    </w:p>
    <w:p>
      <w:pPr>
        <w:spacing w:after="120"/>
        <w:jc w:val="center"/>
      </w:pPr>
      <w:r>
        <w:rPr>
          <w:color w:val="64748B"/>
          <w:sz w:val="17"/>
        </w:rPr>
        <w:t>Material Outward Tracking Slip (Temporary Removal for Repair / Servicing / Calibration / Demo)</w:t>
      </w:r>
    </w:p>
    <w:tbl>
      <w:tblPr>
        <w:tblW w:type="auto" w:w="0"/>
        <w:jc w:val="center"/>
        <w:tblLook w:firstColumn="1" w:firstRow="1" w:lastColumn="0" w:lastRow="0" w:noHBand="0" w:noVBand="1" w:val="04A0"/>
        <w:tblBorders>
          <w:top w:val="single" w:sz="4" w:space="0" w:color="0F766E"/>
          <w:bottom w:val="single" w:sz="4" w:space="0" w:color="0F766E"/>
          <w:insideH w:val="single" w:sz="4" w:space="0" w:color="0F766E"/>
          <w:insideV w:val="single" w:sz="4" w:space="0" w:color="0F766E"/>
          <w:left w:val="single" w:sz="4" w:space="0" w:color="0F766E"/>
          <w:right w:val="single" w:sz="4" w:space="0" w:color="0F766E"/>
        </w:tblBorders>
      </w:tblPr>
      <w:tblGrid>
        <w:gridCol w:w="2700"/>
        <w:gridCol w:w="2700"/>
        <w:gridCol w:w="2700"/>
        <w:gridCol w:w="2700"/>
      </w:tblGrid>
      <w:tr>
        <w:tc>
          <w:tcPr>
            <w:tcW w:type="dxa" w:w="2700"/>
            <w:tcMar>
              <w:top w:w="45" w:type="dxa"/>
              <w:bottom w:w="45" w:type="dxa"/>
              <w:left w:w="70" w:type="dxa"/>
              <w:right w:w="70" w:type="dxa"/>
            </w:tcMar>
            <w:shd w:fill="F0FDFA"/>
          </w:tcPr>
          <w:p>
            <w:pPr>
              <w:spacing w:after="0"/>
            </w:pPr>
            <w:r>
              <w:rPr>
                <w:b/>
                <w:sz w:val="17"/>
              </w:rPr>
              <w:t>RGP Number:</w:t>
            </w:r>
          </w:p>
        </w:tc>
        <w:tc>
          <w:tcPr>
            <w:tcW w:type="dxa" w:w="2700"/>
            <w:tcMar>
              <w:top w:w="45" w:type="dxa"/>
              <w:bottom w:w="45" w:type="dxa"/>
              <w:left w:w="70" w:type="dxa"/>
              <w:right w:w="70" w:type="dxa"/>
            </w:tcMar>
          </w:tcPr>
          <w:p>
            <w:pPr>
              <w:spacing w:after="0"/>
            </w:pPr>
            <w:r>
              <w:rPr>
                <w:b w:val="0"/>
                <w:sz w:val="17"/>
              </w:rPr>
              <w:t>RGP-____-_______</w:t>
            </w:r>
          </w:p>
        </w:tc>
        <w:tc>
          <w:tcPr>
            <w:tcW w:type="dxa" w:w="2700"/>
            <w:tcMar>
              <w:top w:w="45" w:type="dxa"/>
              <w:bottom w:w="45" w:type="dxa"/>
              <w:left w:w="70" w:type="dxa"/>
              <w:right w:w="70" w:type="dxa"/>
            </w:tcMar>
            <w:shd w:fill="F0FDFA"/>
          </w:tcPr>
          <w:p>
            <w:pPr>
              <w:spacing w:after="0"/>
            </w:pPr>
            <w:r>
              <w:rPr>
                <w:b/>
                <w:sz w:val="17"/>
              </w:rPr>
              <w:t>Issue Date:</w:t>
            </w:r>
          </w:p>
        </w:tc>
        <w:tc>
          <w:tcPr>
            <w:tcW w:type="dxa" w:w="2700"/>
            <w:tcMar>
              <w:top w:w="45" w:type="dxa"/>
              <w:bottom w:w="45" w:type="dxa"/>
              <w:left w:w="70" w:type="dxa"/>
              <w:right w:w="70" w:type="dxa"/>
            </w:tcMar>
          </w:tcPr>
          <w:p>
            <w:pPr>
              <w:spacing w:after="0"/>
            </w:pPr>
            <w:r>
              <w:rPr>
                <w:b w:val="0"/>
                <w:sz w:val="17"/>
              </w:rPr>
              <w:t>____/____/20__</w:t>
            </w:r>
          </w:p>
        </w:tc>
      </w:tr>
      <w:tr>
        <w:tc>
          <w:tcPr>
            <w:tcW w:type="dxa" w:w="2700"/>
            <w:tcMar>
              <w:top w:w="45" w:type="dxa"/>
              <w:bottom w:w="45" w:type="dxa"/>
              <w:left w:w="70" w:type="dxa"/>
              <w:right w:w="70" w:type="dxa"/>
            </w:tcMar>
            <w:shd w:fill="F0FDFA"/>
          </w:tcPr>
          <w:p>
            <w:pPr>
              <w:spacing w:after="0"/>
            </w:pPr>
            <w:r>
              <w:rPr>
                <w:b/>
                <w:sz w:val="17"/>
              </w:rPr>
              <w:t>Issuer Name / Dept:</w:t>
            </w:r>
          </w:p>
        </w:tc>
        <w:tc>
          <w:tcPr>
            <w:tcW w:type="dxa" w:w="2700"/>
            <w:tcMar>
              <w:top w:w="45" w:type="dxa"/>
              <w:bottom w:w="45" w:type="dxa"/>
              <w:left w:w="70" w:type="dxa"/>
              <w:right w:w="70" w:type="dxa"/>
            </w:tcMar>
          </w:tcPr>
          <w:p>
            <w:pPr>
              <w:spacing w:after="0"/>
            </w:pPr>
            <w:r>
              <w:rPr>
                <w:b w:val="0"/>
                <w:sz w:val="17"/>
              </w:rPr>
              <w:t>________________________</w:t>
            </w:r>
          </w:p>
        </w:tc>
        <w:tc>
          <w:tcPr>
            <w:tcW w:type="dxa" w:w="2700"/>
            <w:tcMar>
              <w:top w:w="45" w:type="dxa"/>
              <w:bottom w:w="45" w:type="dxa"/>
              <w:left w:w="70" w:type="dxa"/>
              <w:right w:w="70" w:type="dxa"/>
            </w:tcMar>
            <w:shd w:fill="F0FDFA"/>
          </w:tcPr>
          <w:p>
            <w:pPr>
              <w:spacing w:after="0"/>
            </w:pPr>
            <w:r>
              <w:rPr>
                <w:b/>
                <w:sz w:val="17"/>
              </w:rPr>
              <w:t>Expected Return Date:</w:t>
            </w:r>
          </w:p>
        </w:tc>
        <w:tc>
          <w:tcPr>
            <w:tcW w:type="dxa" w:w="2700"/>
            <w:tcMar>
              <w:top w:w="45" w:type="dxa"/>
              <w:bottom w:w="45" w:type="dxa"/>
              <w:left w:w="70" w:type="dxa"/>
              <w:right w:w="70" w:type="dxa"/>
            </w:tcMar>
          </w:tcPr>
          <w:p>
            <w:pPr>
              <w:spacing w:after="0"/>
            </w:pPr>
            <w:r>
              <w:rPr>
                <w:b w:val="0"/>
                <w:sz w:val="17"/>
              </w:rPr>
              <w:t>____/____/20__</w:t>
            </w:r>
          </w:p>
        </w:tc>
      </w:tr>
      <w:tr>
        <w:tc>
          <w:tcPr>
            <w:tcW w:type="dxa" w:w="2700"/>
            <w:tcMar>
              <w:top w:w="45" w:type="dxa"/>
              <w:bottom w:w="45" w:type="dxa"/>
              <w:left w:w="70" w:type="dxa"/>
              <w:right w:w="70" w:type="dxa"/>
            </w:tcMar>
            <w:shd w:fill="F0FDFA"/>
          </w:tcPr>
          <w:p>
            <w:pPr>
              <w:spacing w:after="0"/>
            </w:pPr>
            <w:r>
              <w:rPr>
                <w:b/>
                <w:sz w:val="17"/>
              </w:rPr>
              <w:t>Vendor / Workshop:</w:t>
            </w:r>
          </w:p>
        </w:tc>
        <w:tc>
          <w:tcPr>
            <w:tcW w:type="dxa" w:w="2700"/>
            <w:tcMar>
              <w:top w:w="45" w:type="dxa"/>
              <w:bottom w:w="45" w:type="dxa"/>
              <w:left w:w="70" w:type="dxa"/>
              <w:right w:w="70" w:type="dxa"/>
            </w:tcMar>
          </w:tcPr>
          <w:p>
            <w:pPr>
              <w:spacing w:after="0"/>
            </w:pPr>
            <w:r>
              <w:rPr>
                <w:b w:val="0"/>
                <w:sz w:val="17"/>
              </w:rPr>
              <w:t>________________________</w:t>
            </w:r>
          </w:p>
        </w:tc>
        <w:tc>
          <w:tcPr>
            <w:tcW w:type="dxa" w:w="2700"/>
            <w:tcMar>
              <w:top w:w="45" w:type="dxa"/>
              <w:bottom w:w="45" w:type="dxa"/>
              <w:left w:w="70" w:type="dxa"/>
              <w:right w:w="70" w:type="dxa"/>
            </w:tcMar>
            <w:shd w:fill="F0FDFA"/>
          </w:tcPr>
          <w:p>
            <w:pPr>
              <w:spacing w:after="0"/>
            </w:pPr>
            <w:r>
              <w:rPr>
                <w:b/>
                <w:sz w:val="17"/>
              </w:rPr>
              <w:t>Vendor Contact Mobile:</w:t>
            </w:r>
          </w:p>
        </w:tc>
        <w:tc>
          <w:tcPr>
            <w:tcW w:type="dxa" w:w="2700"/>
            <w:tcMar>
              <w:top w:w="45" w:type="dxa"/>
              <w:bottom w:w="45" w:type="dxa"/>
              <w:left w:w="70" w:type="dxa"/>
              <w:right w:w="70" w:type="dxa"/>
            </w:tcMar>
          </w:tcPr>
          <w:p>
            <w:pPr>
              <w:spacing w:after="0"/>
            </w:pPr>
            <w:r>
              <w:rPr>
                <w:b w:val="0"/>
                <w:sz w:val="17"/>
              </w:rPr>
              <w:t>+91 __________________</w:t>
            </w:r>
          </w:p>
        </w:tc>
      </w:tr>
    </w:tbl>
    <w:p>
      <w:pPr>
        <w:spacing w:before="60" w:after="60"/>
      </w:pPr>
    </w:p>
    <w:tbl>
      <w:tblPr>
        <w:tblW w:type="auto" w:w="0"/>
        <w:jc w:val="center"/>
        <w:tblLook w:firstColumn="1" w:firstRow="1" w:lastColumn="0" w:lastRow="0" w:noHBand="0" w:noVBand="1" w:val="04A0"/>
        <w:tblBorders>
          <w:top w:val="single" w:sz="4" w:space="0" w:color="64748B"/>
          <w:bottom w:val="single" w:sz="4" w:space="0" w:color="64748B"/>
          <w:insideH w:val="single" w:sz="4" w:space="0" w:color="64748B"/>
          <w:insideV w:val="single" w:sz="4" w:space="0" w:color="64748B"/>
          <w:left w:val="single" w:sz="4" w:space="0" w:color="64748B"/>
          <w:right w:val="single" w:sz="4" w:space="0" w:color="64748B"/>
        </w:tblBorders>
      </w:tblPr>
      <w:tblGrid>
        <w:gridCol w:w="1800"/>
        <w:gridCol w:w="1800"/>
        <w:gridCol w:w="1800"/>
        <w:gridCol w:w="1800"/>
        <w:gridCol w:w="1800"/>
        <w:gridCol w:w="1800"/>
      </w:tblGrid>
      <w:tr>
        <w:tc>
          <w:tcPr>
            <w:tcW w:type="dxa" w:w="1800"/>
            <w:shd w:fill="0F766E"/>
            <w:tcMar>
              <w:top w:w="50" w:type="dxa"/>
              <w:bottom w:w="50" w:type="dxa"/>
              <w:left w:w="60" w:type="dxa"/>
              <w:right w:w="60" w:type="dxa"/>
            </w:tcMar>
          </w:tcPr>
          <w:p>
            <w:pPr>
              <w:spacing w:after="0"/>
            </w:pPr>
            <w:r>
              <w:rPr>
                <w:b/>
                <w:color w:val="FFFFFF"/>
                <w:sz w:val="16"/>
              </w:rPr>
              <w:t>Item #</w:t>
            </w:r>
          </w:p>
        </w:tc>
        <w:tc>
          <w:tcPr>
            <w:tcW w:type="dxa" w:w="1800"/>
            <w:shd w:fill="0F766E"/>
            <w:tcMar>
              <w:top w:w="50" w:type="dxa"/>
              <w:bottom w:w="50" w:type="dxa"/>
              <w:left w:w="60" w:type="dxa"/>
              <w:right w:w="60" w:type="dxa"/>
            </w:tcMar>
          </w:tcPr>
          <w:p>
            <w:pPr>
              <w:spacing w:after="0"/>
            </w:pPr>
            <w:r>
              <w:rPr>
                <w:b/>
                <w:color w:val="FFFFFF"/>
                <w:sz w:val="16"/>
              </w:rPr>
              <w:t>Material / Equipment Description</w:t>
            </w:r>
          </w:p>
        </w:tc>
        <w:tc>
          <w:tcPr>
            <w:tcW w:type="dxa" w:w="1800"/>
            <w:shd w:fill="0F766E"/>
            <w:tcMar>
              <w:top w:w="50" w:type="dxa"/>
              <w:bottom w:w="50" w:type="dxa"/>
              <w:left w:w="60" w:type="dxa"/>
              <w:right w:w="60" w:type="dxa"/>
            </w:tcMar>
          </w:tcPr>
          <w:p>
            <w:pPr>
              <w:spacing w:after="0"/>
            </w:pPr>
            <w:r>
              <w:rPr>
                <w:b/>
                <w:color w:val="FFFFFF"/>
                <w:sz w:val="16"/>
              </w:rPr>
              <w:t>Qty &amp; Unit</w:t>
            </w:r>
          </w:p>
        </w:tc>
        <w:tc>
          <w:tcPr>
            <w:tcW w:type="dxa" w:w="1800"/>
            <w:shd w:fill="0F766E"/>
            <w:tcMar>
              <w:top w:w="50" w:type="dxa"/>
              <w:bottom w:w="50" w:type="dxa"/>
              <w:left w:w="60" w:type="dxa"/>
              <w:right w:w="60" w:type="dxa"/>
            </w:tcMar>
          </w:tcPr>
          <w:p>
            <w:pPr>
              <w:spacing w:after="0"/>
            </w:pPr>
            <w:r>
              <w:rPr>
                <w:b/>
                <w:color w:val="FFFFFF"/>
                <w:sz w:val="16"/>
              </w:rPr>
              <w:t>Make / Serial / Asset ID</w:t>
            </w:r>
          </w:p>
        </w:tc>
        <w:tc>
          <w:tcPr>
            <w:tcW w:type="dxa" w:w="1800"/>
            <w:shd w:fill="0F766E"/>
            <w:tcMar>
              <w:top w:w="50" w:type="dxa"/>
              <w:bottom w:w="50" w:type="dxa"/>
              <w:left w:w="60" w:type="dxa"/>
              <w:right w:w="60" w:type="dxa"/>
            </w:tcMar>
          </w:tcPr>
          <w:p>
            <w:pPr>
              <w:spacing w:after="0"/>
            </w:pPr>
            <w:r>
              <w:rPr>
                <w:b/>
                <w:color w:val="FFFFFF"/>
                <w:sz w:val="16"/>
              </w:rPr>
              <w:t>Outward Condition</w:t>
            </w:r>
          </w:p>
        </w:tc>
        <w:tc>
          <w:tcPr>
            <w:tcW w:type="dxa" w:w="1800"/>
            <w:shd w:fill="0F766E"/>
            <w:tcMar>
              <w:top w:w="50" w:type="dxa"/>
              <w:bottom w:w="50" w:type="dxa"/>
              <w:left w:w="60" w:type="dxa"/>
              <w:right w:w="60" w:type="dxa"/>
            </w:tcMar>
          </w:tcPr>
          <w:p>
            <w:pPr>
              <w:spacing w:after="0"/>
            </w:pPr>
            <w:r>
              <w:rPr>
                <w:b/>
                <w:color w:val="FFFFFF"/>
                <w:sz w:val="16"/>
              </w:rPr>
              <w:t>Return Status</w:t>
            </w:r>
          </w:p>
        </w:tc>
      </w:tr>
      <w:tr>
        <w:tc>
          <w:tcPr>
            <w:tcW w:type="dxa" w:w="1800"/>
            <w:tcMar>
              <w:top w:w="45" w:type="dxa"/>
              <w:bottom w:w="45" w:type="dxa"/>
              <w:left w:w="50" w:type="dxa"/>
              <w:right w:w="50" w:type="dxa"/>
            </w:tcMar>
          </w:tcPr>
          <w:p>
            <w:pPr>
              <w:spacing w:after="0"/>
            </w:pPr>
            <w:r>
              <w:rPr>
                <w:sz w:val="16"/>
              </w:rPr>
              <w:t>01</w:t>
            </w:r>
          </w:p>
        </w:tc>
        <w:tc>
          <w:tcPr>
            <w:tcW w:type="dxa" w:w="1800"/>
            <w:tcMar>
              <w:top w:w="45" w:type="dxa"/>
              <w:bottom w:w="45" w:type="dxa"/>
              <w:left w:w="50" w:type="dxa"/>
              <w:right w:w="50" w:type="dxa"/>
            </w:tcMar>
          </w:tcPr>
          <w:p>
            <w:pPr>
              <w:spacing w:after="0"/>
            </w:pPr>
            <w:r>
              <w:rPr>
                <w:sz w:val="16"/>
              </w:rPr>
              <w:t>____________________________________</w:t>
            </w:r>
          </w:p>
        </w:tc>
        <w:tc>
          <w:tcPr>
            <w:tcW w:type="dxa" w:w="1800"/>
            <w:tcMar>
              <w:top w:w="45" w:type="dxa"/>
              <w:bottom w:w="45" w:type="dxa"/>
              <w:left w:w="50" w:type="dxa"/>
              <w:right w:w="50" w:type="dxa"/>
            </w:tcMar>
          </w:tcPr>
          <w:p>
            <w:pPr>
              <w:spacing w:after="0"/>
            </w:pPr>
            <w:r>
              <w:rPr>
                <w:sz w:val="16"/>
              </w:rPr>
              <w:t>_____</w:t>
            </w:r>
          </w:p>
        </w:tc>
        <w:tc>
          <w:tcPr>
            <w:tcW w:type="dxa" w:w="1800"/>
            <w:tcMar>
              <w:top w:w="45" w:type="dxa"/>
              <w:bottom w:w="45" w:type="dxa"/>
              <w:left w:w="50" w:type="dxa"/>
              <w:right w:w="50" w:type="dxa"/>
            </w:tcMar>
          </w:tcPr>
          <w:p>
            <w:pPr>
              <w:spacing w:after="0"/>
            </w:pPr>
            <w:r>
              <w:rPr>
                <w:sz w:val="16"/>
              </w:rPr>
              <w:t>_______________</w:t>
            </w:r>
          </w:p>
        </w:tc>
        <w:tc>
          <w:tcPr>
            <w:tcW w:type="dxa" w:w="1800"/>
            <w:tcMar>
              <w:top w:w="45" w:type="dxa"/>
              <w:bottom w:w="45" w:type="dxa"/>
              <w:left w:w="50" w:type="dxa"/>
              <w:right w:w="50" w:type="dxa"/>
            </w:tcMar>
          </w:tcPr>
          <w:p>
            <w:pPr>
              <w:spacing w:after="0"/>
            </w:pPr>
            <w:r>
              <w:rPr>
                <w:sz w:val="15"/>
              </w:rPr>
              <w:t>[ ] Good  [ ] Faulty</w:t>
            </w:r>
          </w:p>
        </w:tc>
        <w:tc>
          <w:tcPr>
            <w:tcW w:type="dxa" w:w="1800"/>
            <w:tcMar>
              <w:top w:w="45" w:type="dxa"/>
              <w:bottom w:w="45" w:type="dxa"/>
              <w:left w:w="50" w:type="dxa"/>
              <w:right w:w="50" w:type="dxa"/>
            </w:tcMar>
          </w:tcPr>
          <w:p>
            <w:pPr>
              <w:spacing w:after="0"/>
            </w:pPr>
            <w:r>
              <w:rPr>
                <w:sz w:val="15"/>
              </w:rPr>
              <w:t>[ ] Pending</w:t>
            </w:r>
          </w:p>
        </w:tc>
      </w:tr>
      <w:tr>
        <w:tc>
          <w:tcPr>
            <w:tcW w:type="dxa" w:w="1800"/>
            <w:tcMar>
              <w:top w:w="45" w:type="dxa"/>
              <w:bottom w:w="45" w:type="dxa"/>
              <w:left w:w="50" w:type="dxa"/>
              <w:right w:w="50" w:type="dxa"/>
            </w:tcMar>
          </w:tcPr>
          <w:p>
            <w:pPr>
              <w:spacing w:after="0"/>
            </w:pPr>
            <w:r>
              <w:rPr>
                <w:sz w:val="16"/>
              </w:rPr>
              <w:t>02</w:t>
            </w:r>
          </w:p>
        </w:tc>
        <w:tc>
          <w:tcPr>
            <w:tcW w:type="dxa" w:w="1800"/>
            <w:tcMar>
              <w:top w:w="45" w:type="dxa"/>
              <w:bottom w:w="45" w:type="dxa"/>
              <w:left w:w="50" w:type="dxa"/>
              <w:right w:w="50" w:type="dxa"/>
            </w:tcMar>
          </w:tcPr>
          <w:p>
            <w:pPr>
              <w:spacing w:after="0"/>
            </w:pPr>
            <w:r>
              <w:rPr>
                <w:sz w:val="16"/>
              </w:rPr>
              <w:t>____________________________________</w:t>
            </w:r>
          </w:p>
        </w:tc>
        <w:tc>
          <w:tcPr>
            <w:tcW w:type="dxa" w:w="1800"/>
            <w:tcMar>
              <w:top w:w="45" w:type="dxa"/>
              <w:bottom w:w="45" w:type="dxa"/>
              <w:left w:w="50" w:type="dxa"/>
              <w:right w:w="50" w:type="dxa"/>
            </w:tcMar>
          </w:tcPr>
          <w:p>
            <w:pPr>
              <w:spacing w:after="0"/>
            </w:pPr>
            <w:r>
              <w:rPr>
                <w:sz w:val="16"/>
              </w:rPr>
              <w:t>_____</w:t>
            </w:r>
          </w:p>
        </w:tc>
        <w:tc>
          <w:tcPr>
            <w:tcW w:type="dxa" w:w="1800"/>
            <w:tcMar>
              <w:top w:w="45" w:type="dxa"/>
              <w:bottom w:w="45" w:type="dxa"/>
              <w:left w:w="50" w:type="dxa"/>
              <w:right w:w="50" w:type="dxa"/>
            </w:tcMar>
          </w:tcPr>
          <w:p>
            <w:pPr>
              <w:spacing w:after="0"/>
            </w:pPr>
            <w:r>
              <w:rPr>
                <w:sz w:val="16"/>
              </w:rPr>
              <w:t>_______________</w:t>
            </w:r>
          </w:p>
        </w:tc>
        <w:tc>
          <w:tcPr>
            <w:tcW w:type="dxa" w:w="1800"/>
            <w:tcMar>
              <w:top w:w="45" w:type="dxa"/>
              <w:bottom w:w="45" w:type="dxa"/>
              <w:left w:w="50" w:type="dxa"/>
              <w:right w:w="50" w:type="dxa"/>
            </w:tcMar>
          </w:tcPr>
          <w:p>
            <w:pPr>
              <w:spacing w:after="0"/>
            </w:pPr>
            <w:r>
              <w:rPr>
                <w:sz w:val="15"/>
              </w:rPr>
              <w:t>[ ] Good  [ ] Faulty</w:t>
            </w:r>
          </w:p>
        </w:tc>
        <w:tc>
          <w:tcPr>
            <w:tcW w:type="dxa" w:w="1800"/>
            <w:tcMar>
              <w:top w:w="45" w:type="dxa"/>
              <w:bottom w:w="45" w:type="dxa"/>
              <w:left w:w="50" w:type="dxa"/>
              <w:right w:w="50" w:type="dxa"/>
            </w:tcMar>
          </w:tcPr>
          <w:p>
            <w:pPr>
              <w:spacing w:after="0"/>
            </w:pPr>
            <w:r>
              <w:rPr>
                <w:sz w:val="15"/>
              </w:rPr>
              <w:t>[ ] Pending</w:t>
            </w:r>
          </w:p>
        </w:tc>
      </w:tr>
      <w:tr>
        <w:tc>
          <w:tcPr>
            <w:tcW w:type="dxa" w:w="1800"/>
            <w:tcMar>
              <w:top w:w="45" w:type="dxa"/>
              <w:bottom w:w="45" w:type="dxa"/>
              <w:left w:w="50" w:type="dxa"/>
              <w:right w:w="50" w:type="dxa"/>
            </w:tcMar>
          </w:tcPr>
          <w:p>
            <w:pPr>
              <w:spacing w:after="0"/>
            </w:pPr>
            <w:r>
              <w:rPr>
                <w:sz w:val="16"/>
              </w:rPr>
              <w:t>03</w:t>
            </w:r>
          </w:p>
        </w:tc>
        <w:tc>
          <w:tcPr>
            <w:tcW w:type="dxa" w:w="1800"/>
            <w:tcMar>
              <w:top w:w="45" w:type="dxa"/>
              <w:bottom w:w="45" w:type="dxa"/>
              <w:left w:w="50" w:type="dxa"/>
              <w:right w:w="50" w:type="dxa"/>
            </w:tcMar>
          </w:tcPr>
          <w:p>
            <w:pPr>
              <w:spacing w:after="0"/>
            </w:pPr>
            <w:r>
              <w:rPr>
                <w:sz w:val="16"/>
              </w:rPr>
              <w:t>____________________________________</w:t>
            </w:r>
          </w:p>
        </w:tc>
        <w:tc>
          <w:tcPr>
            <w:tcW w:type="dxa" w:w="1800"/>
            <w:tcMar>
              <w:top w:w="45" w:type="dxa"/>
              <w:bottom w:w="45" w:type="dxa"/>
              <w:left w:w="50" w:type="dxa"/>
              <w:right w:w="50" w:type="dxa"/>
            </w:tcMar>
          </w:tcPr>
          <w:p>
            <w:pPr>
              <w:spacing w:after="0"/>
            </w:pPr>
            <w:r>
              <w:rPr>
                <w:sz w:val="16"/>
              </w:rPr>
              <w:t>_____</w:t>
            </w:r>
          </w:p>
        </w:tc>
        <w:tc>
          <w:tcPr>
            <w:tcW w:type="dxa" w:w="1800"/>
            <w:tcMar>
              <w:top w:w="45" w:type="dxa"/>
              <w:bottom w:w="45" w:type="dxa"/>
              <w:left w:w="50" w:type="dxa"/>
              <w:right w:w="50" w:type="dxa"/>
            </w:tcMar>
          </w:tcPr>
          <w:p>
            <w:pPr>
              <w:spacing w:after="0"/>
            </w:pPr>
            <w:r>
              <w:rPr>
                <w:sz w:val="16"/>
              </w:rPr>
              <w:t>_______________</w:t>
            </w:r>
          </w:p>
        </w:tc>
        <w:tc>
          <w:tcPr>
            <w:tcW w:type="dxa" w:w="1800"/>
            <w:tcMar>
              <w:top w:w="45" w:type="dxa"/>
              <w:bottom w:w="45" w:type="dxa"/>
              <w:left w:w="50" w:type="dxa"/>
              <w:right w:w="50" w:type="dxa"/>
            </w:tcMar>
          </w:tcPr>
          <w:p>
            <w:pPr>
              <w:spacing w:after="0"/>
            </w:pPr>
            <w:r>
              <w:rPr>
                <w:sz w:val="15"/>
              </w:rPr>
              <w:t>[ ] Good  [ ] Faulty</w:t>
            </w:r>
          </w:p>
        </w:tc>
        <w:tc>
          <w:tcPr>
            <w:tcW w:type="dxa" w:w="1800"/>
            <w:tcMar>
              <w:top w:w="45" w:type="dxa"/>
              <w:bottom w:w="45" w:type="dxa"/>
              <w:left w:w="50" w:type="dxa"/>
              <w:right w:w="50" w:type="dxa"/>
            </w:tcMar>
          </w:tcPr>
          <w:p>
            <w:pPr>
              <w:spacing w:after="0"/>
            </w:pPr>
            <w:r>
              <w:rPr>
                <w:sz w:val="15"/>
              </w:rPr>
              <w:t>[ ] Pending</w:t>
            </w:r>
          </w:p>
        </w:tc>
      </w:tr>
      <w:tr>
        <w:tc>
          <w:tcPr>
            <w:tcW w:type="dxa" w:w="1800"/>
            <w:tcMar>
              <w:top w:w="45" w:type="dxa"/>
              <w:bottom w:w="45" w:type="dxa"/>
              <w:left w:w="50" w:type="dxa"/>
              <w:right w:w="50" w:type="dxa"/>
            </w:tcMar>
          </w:tcPr>
          <w:p>
            <w:pPr>
              <w:spacing w:after="0"/>
            </w:pPr>
            <w:r>
              <w:rPr>
                <w:sz w:val="16"/>
              </w:rPr>
              <w:t>04</w:t>
            </w:r>
          </w:p>
        </w:tc>
        <w:tc>
          <w:tcPr>
            <w:tcW w:type="dxa" w:w="1800"/>
            <w:tcMar>
              <w:top w:w="45" w:type="dxa"/>
              <w:bottom w:w="45" w:type="dxa"/>
              <w:left w:w="50" w:type="dxa"/>
              <w:right w:w="50" w:type="dxa"/>
            </w:tcMar>
          </w:tcPr>
          <w:p>
            <w:pPr>
              <w:spacing w:after="0"/>
            </w:pPr>
            <w:r>
              <w:rPr>
                <w:sz w:val="16"/>
              </w:rPr>
              <w:t>____________________________________</w:t>
            </w:r>
          </w:p>
        </w:tc>
        <w:tc>
          <w:tcPr>
            <w:tcW w:type="dxa" w:w="1800"/>
            <w:tcMar>
              <w:top w:w="45" w:type="dxa"/>
              <w:bottom w:w="45" w:type="dxa"/>
              <w:left w:w="50" w:type="dxa"/>
              <w:right w:w="50" w:type="dxa"/>
            </w:tcMar>
          </w:tcPr>
          <w:p>
            <w:pPr>
              <w:spacing w:after="0"/>
            </w:pPr>
            <w:r>
              <w:rPr>
                <w:sz w:val="16"/>
              </w:rPr>
              <w:t>_____</w:t>
            </w:r>
          </w:p>
        </w:tc>
        <w:tc>
          <w:tcPr>
            <w:tcW w:type="dxa" w:w="1800"/>
            <w:tcMar>
              <w:top w:w="45" w:type="dxa"/>
              <w:bottom w:w="45" w:type="dxa"/>
              <w:left w:w="50" w:type="dxa"/>
              <w:right w:w="50" w:type="dxa"/>
            </w:tcMar>
          </w:tcPr>
          <w:p>
            <w:pPr>
              <w:spacing w:after="0"/>
            </w:pPr>
            <w:r>
              <w:rPr>
                <w:sz w:val="16"/>
              </w:rPr>
              <w:t>_______________</w:t>
            </w:r>
          </w:p>
        </w:tc>
        <w:tc>
          <w:tcPr>
            <w:tcW w:type="dxa" w:w="1800"/>
            <w:tcMar>
              <w:top w:w="45" w:type="dxa"/>
              <w:bottom w:w="45" w:type="dxa"/>
              <w:left w:w="50" w:type="dxa"/>
              <w:right w:w="50" w:type="dxa"/>
            </w:tcMar>
          </w:tcPr>
          <w:p>
            <w:pPr>
              <w:spacing w:after="0"/>
            </w:pPr>
            <w:r>
              <w:rPr>
                <w:sz w:val="15"/>
              </w:rPr>
              <w:t>[ ] Good  [ ] Faulty</w:t>
            </w:r>
          </w:p>
        </w:tc>
        <w:tc>
          <w:tcPr>
            <w:tcW w:type="dxa" w:w="1800"/>
            <w:tcMar>
              <w:top w:w="45" w:type="dxa"/>
              <w:bottom w:w="45" w:type="dxa"/>
              <w:left w:w="50" w:type="dxa"/>
              <w:right w:w="50" w:type="dxa"/>
            </w:tcMar>
          </w:tcPr>
          <w:p>
            <w:pPr>
              <w:spacing w:after="0"/>
            </w:pPr>
            <w:r>
              <w:rPr>
                <w:sz w:val="15"/>
              </w:rPr>
              <w:t>[ ] Pending</w:t>
            </w:r>
          </w:p>
        </w:tc>
      </w:tr>
      <w:tr>
        <w:tc>
          <w:tcPr>
            <w:tcW w:type="dxa" w:w="1800"/>
            <w:tcMar>
              <w:top w:w="45" w:type="dxa"/>
              <w:bottom w:w="45" w:type="dxa"/>
              <w:left w:w="50" w:type="dxa"/>
              <w:right w:w="50" w:type="dxa"/>
            </w:tcMar>
          </w:tcPr>
          <w:p>
            <w:pPr>
              <w:spacing w:after="0"/>
            </w:pPr>
            <w:r>
              <w:rPr>
                <w:sz w:val="16"/>
              </w:rPr>
              <w:t>05</w:t>
            </w:r>
          </w:p>
        </w:tc>
        <w:tc>
          <w:tcPr>
            <w:tcW w:type="dxa" w:w="1800"/>
            <w:tcMar>
              <w:top w:w="45" w:type="dxa"/>
              <w:bottom w:w="45" w:type="dxa"/>
              <w:left w:w="50" w:type="dxa"/>
              <w:right w:w="50" w:type="dxa"/>
            </w:tcMar>
          </w:tcPr>
          <w:p>
            <w:pPr>
              <w:spacing w:after="0"/>
            </w:pPr>
            <w:r>
              <w:rPr>
                <w:sz w:val="16"/>
              </w:rPr>
              <w:t>____________________________________</w:t>
            </w:r>
          </w:p>
        </w:tc>
        <w:tc>
          <w:tcPr>
            <w:tcW w:type="dxa" w:w="1800"/>
            <w:tcMar>
              <w:top w:w="45" w:type="dxa"/>
              <w:bottom w:w="45" w:type="dxa"/>
              <w:left w:w="50" w:type="dxa"/>
              <w:right w:w="50" w:type="dxa"/>
            </w:tcMar>
          </w:tcPr>
          <w:p>
            <w:pPr>
              <w:spacing w:after="0"/>
            </w:pPr>
            <w:r>
              <w:rPr>
                <w:sz w:val="16"/>
              </w:rPr>
              <w:t>_____</w:t>
            </w:r>
          </w:p>
        </w:tc>
        <w:tc>
          <w:tcPr>
            <w:tcW w:type="dxa" w:w="1800"/>
            <w:tcMar>
              <w:top w:w="45" w:type="dxa"/>
              <w:bottom w:w="45" w:type="dxa"/>
              <w:left w:w="50" w:type="dxa"/>
              <w:right w:w="50" w:type="dxa"/>
            </w:tcMar>
          </w:tcPr>
          <w:p>
            <w:pPr>
              <w:spacing w:after="0"/>
            </w:pPr>
            <w:r>
              <w:rPr>
                <w:sz w:val="16"/>
              </w:rPr>
              <w:t>_______________</w:t>
            </w:r>
          </w:p>
        </w:tc>
        <w:tc>
          <w:tcPr>
            <w:tcW w:type="dxa" w:w="1800"/>
            <w:tcMar>
              <w:top w:w="45" w:type="dxa"/>
              <w:bottom w:w="45" w:type="dxa"/>
              <w:left w:w="50" w:type="dxa"/>
              <w:right w:w="50" w:type="dxa"/>
            </w:tcMar>
          </w:tcPr>
          <w:p>
            <w:pPr>
              <w:spacing w:after="0"/>
            </w:pPr>
            <w:r>
              <w:rPr>
                <w:sz w:val="15"/>
              </w:rPr>
              <w:t>[ ] Good  [ ] Faulty</w:t>
            </w:r>
          </w:p>
        </w:tc>
        <w:tc>
          <w:tcPr>
            <w:tcW w:type="dxa" w:w="1800"/>
            <w:tcMar>
              <w:top w:w="45" w:type="dxa"/>
              <w:bottom w:w="45" w:type="dxa"/>
              <w:left w:w="50" w:type="dxa"/>
              <w:right w:w="50" w:type="dxa"/>
            </w:tcMar>
          </w:tcPr>
          <w:p>
            <w:pPr>
              <w:spacing w:after="0"/>
            </w:pPr>
            <w:r>
              <w:rPr>
                <w:sz w:val="15"/>
              </w:rPr>
              <w:t>[ ] Pending</w:t>
            </w:r>
          </w:p>
        </w:tc>
      </w:tr>
    </w:tbl>
    <w:p>
      <w:pPr>
        <w:spacing w:before="60" w:after="60"/>
      </w:pPr>
    </w:p>
    <w:tbl>
      <w:tblPr>
        <w:tblW w:type="auto" w:w="0"/>
        <w:jc w:val="center"/>
        <w:tblLook w:firstColumn="1" w:firstRow="1" w:lastColumn="0" w:lastRow="0" w:noHBand="0" w:noVBand="1" w:val="04A0"/>
        <w:tblBorders>
          <w:top w:val="single" w:sz="4" w:space="0" w:color="CBD5E1"/>
          <w:bottom w:val="single" w:sz="4" w:space="0" w:color="CBD5E1"/>
          <w:insideH w:val="single" w:sz="4" w:space="0" w:color="CBD5E1"/>
          <w:insideV w:val="single" w:sz="4" w:space="0" w:color="CBD5E1"/>
          <w:left w:val="single" w:sz="4" w:space="0" w:color="CBD5E1"/>
          <w:right w:val="single" w:sz="4" w:space="0" w:color="CBD5E1"/>
        </w:tblBorders>
      </w:tblPr>
      <w:tblGrid>
        <w:gridCol w:w="3600"/>
        <w:gridCol w:w="3600"/>
        <w:gridCol w:w="3600"/>
      </w:tblGrid>
      <w:tr>
        <w:tc>
          <w:tcPr>
            <w:tcW w:type="dxa" w:w="3600"/>
            <w:shd w:fill="F1F5F9"/>
            <w:tcMar>
              <w:top w:w="45" w:type="dxa"/>
              <w:bottom w:w="45" w:type="dxa"/>
              <w:left w:w="70" w:type="dxa"/>
              <w:right w:w="70" w:type="dxa"/>
            </w:tcMar>
          </w:tcPr>
          <w:p>
            <w:pPr>
              <w:spacing w:after="0"/>
            </w:pPr>
            <w:r>
              <w:rPr>
                <w:b/>
                <w:sz w:val="16"/>
              </w:rPr>
              <w:t>Carrier / Transporter Details</w:t>
            </w:r>
          </w:p>
        </w:tc>
        <w:tc>
          <w:tcPr>
            <w:tcW w:type="dxa" w:w="3600"/>
            <w:shd w:fill="F1F5F9"/>
            <w:tcMar>
              <w:top w:w="45" w:type="dxa"/>
              <w:bottom w:w="45" w:type="dxa"/>
              <w:left w:w="70" w:type="dxa"/>
              <w:right w:w="70" w:type="dxa"/>
            </w:tcMar>
          </w:tcPr>
          <w:p>
            <w:pPr>
              <w:spacing w:after="0"/>
            </w:pPr>
            <w:r>
              <w:rPr>
                <w:b/>
                <w:sz w:val="16"/>
              </w:rPr>
              <w:t>Vehicle &amp; Transport Mode</w:t>
            </w:r>
          </w:p>
        </w:tc>
        <w:tc>
          <w:tcPr>
            <w:tcW w:type="dxa" w:w="3600"/>
            <w:shd w:fill="F1F5F9"/>
            <w:tcMar>
              <w:top w:w="45" w:type="dxa"/>
              <w:bottom w:w="45" w:type="dxa"/>
              <w:left w:w="70" w:type="dxa"/>
              <w:right w:w="70" w:type="dxa"/>
            </w:tcMar>
          </w:tcPr>
          <w:p>
            <w:pPr>
              <w:spacing w:after="0"/>
            </w:pPr>
            <w:r>
              <w:rPr>
                <w:b/>
                <w:sz w:val="16"/>
              </w:rPr>
              <w:t>Carrier ID Verification (Optional)</w:t>
            </w:r>
          </w:p>
        </w:tc>
      </w:tr>
      <w:tr>
        <w:tc>
          <w:tcPr>
            <w:tcW w:type="dxa" w:w="3600"/>
            <w:tcMar>
              <w:top w:w="45" w:type="dxa"/>
              <w:bottom w:w="45" w:type="dxa"/>
              <w:left w:w="70" w:type="dxa"/>
              <w:right w:w="70" w:type="dxa"/>
            </w:tcMar>
          </w:tcPr>
          <w:p>
            <w:pPr>
              <w:spacing w:after="0"/>
            </w:pPr>
            <w:r>
              <w:rPr>
                <w:sz w:val="16"/>
              </w:rPr>
              <w:t>Carrier Name: ______________________</w:t>
              <w:br/>
              <w:t>Phone: ______________________</w:t>
            </w:r>
          </w:p>
        </w:tc>
        <w:tc>
          <w:tcPr>
            <w:tcW w:type="dxa" w:w="3600"/>
            <w:tcMar>
              <w:top w:w="45" w:type="dxa"/>
              <w:bottom w:w="45" w:type="dxa"/>
              <w:left w:w="70" w:type="dxa"/>
              <w:right w:w="70" w:type="dxa"/>
            </w:tcMar>
          </w:tcPr>
          <w:p>
            <w:pPr>
              <w:spacing w:after="0"/>
            </w:pPr>
            <w:r>
              <w:rPr>
                <w:sz w:val="16"/>
              </w:rPr>
              <w:t>Vehicle No: __________________</w:t>
              <w:br/>
              <w:t>Mode: [ ] Hand  [ ] 2-Wheeler  [ ] Tempo</w:t>
            </w:r>
          </w:p>
        </w:tc>
        <w:tc>
          <w:tcPr>
            <w:tcW w:type="dxa" w:w="3600"/>
            <w:tcMar>
              <w:top w:w="45" w:type="dxa"/>
              <w:bottom w:w="45" w:type="dxa"/>
              <w:left w:w="70" w:type="dxa"/>
              <w:right w:w="70" w:type="dxa"/>
            </w:tcMar>
          </w:tcPr>
          <w:p>
            <w:pPr>
              <w:spacing w:after="0"/>
            </w:pPr>
            <w:r>
              <w:rPr>
                <w:sz w:val="16"/>
              </w:rPr>
              <w:t>ID Type (Optional): _________________</w:t>
              <w:br/>
              <w:t>Last 4 Digits (Optional): ___________</w:t>
            </w:r>
          </w:p>
        </w:tc>
      </w:tr>
    </w:tbl>
    <w:p>
      <w:pPr>
        <w:spacing w:before="80" w:after="80"/>
      </w:pPr>
      <w:r>
        <w:rPr>
          <w:color w:val="475569"/>
          <w:sz w:val="14"/>
        </w:rPr>
        <w:t>Statutory &amp; Ownership Guidance: Goods are authorized for outward dispatch on a temporary returnable basis for servicing/testing and remain property of the sender. This gate pass is an internal security movement record. Commercial transactions exceeding statutory thresholds under CGST Act must comply with applicable GST rules (e.g. Delivery Challan under Rule 55 or e-Way Bill under Rule 138 where required).</w:t>
      </w:r>
    </w:p>
    <w:tbl>
      <w:tblPr>
        <w:tblW w:type="auto" w:w="0"/>
        <w:jc w:val="center"/>
        <w:tblLook w:firstColumn="1" w:firstRow="1" w:lastColumn="0" w:lastRow="0" w:noHBand="0" w:noVBand="1" w:val="04A0"/>
        <w:tblBorders>
          <w:top w:val="single" w:sz="4" w:space="0" w:color="94A3B8"/>
          <w:bottom w:val="single" w:sz="4" w:space="0" w:color="94A3B8"/>
          <w:insideH w:val="single" w:sz="4" w:space="0" w:color="94A3B8"/>
          <w:insideV w:val="single" w:sz="4" w:space="0" w:color="94A3B8"/>
          <w:left w:val="single" w:sz="4" w:space="0" w:color="94A3B8"/>
          <w:right w:val="single" w:sz="4" w:space="0" w:color="94A3B8"/>
        </w:tblBorders>
      </w:tblPr>
      <w:tblGrid>
        <w:gridCol w:w="2700"/>
        <w:gridCol w:w="2700"/>
        <w:gridCol w:w="2700"/>
        <w:gridCol w:w="2700"/>
      </w:tblGrid>
      <w:tr>
        <w:tc>
          <w:tcPr>
            <w:tcW w:type="dxa" w:w="2700"/>
            <w:shd w:fill="F8FAFC"/>
            <w:tcMar>
              <w:top w:w="45" w:type="dxa"/>
              <w:bottom w:w="45" w:type="dxa"/>
              <w:left w:w="50" w:type="dxa"/>
              <w:right w:w="50" w:type="dxa"/>
            </w:tcMar>
          </w:tcPr>
          <w:p>
            <w:pPr>
              <w:spacing w:after="0"/>
            </w:pPr>
            <w:r>
              <w:rPr>
                <w:b/>
                <w:sz w:val="15"/>
              </w:rPr>
              <w:t>1. Authorizing Signatory</w:t>
            </w:r>
          </w:p>
        </w:tc>
        <w:tc>
          <w:tcPr>
            <w:tcW w:type="dxa" w:w="2700"/>
            <w:shd w:fill="F8FAFC"/>
            <w:tcMar>
              <w:top w:w="45" w:type="dxa"/>
              <w:bottom w:w="45" w:type="dxa"/>
              <w:left w:w="50" w:type="dxa"/>
              <w:right w:w="50" w:type="dxa"/>
            </w:tcMar>
          </w:tcPr>
          <w:p>
            <w:pPr>
              <w:spacing w:after="0"/>
            </w:pPr>
            <w:r>
              <w:rPr>
                <w:b/>
                <w:sz w:val="15"/>
              </w:rPr>
              <w:t>2. Carrier Acceptance</w:t>
            </w:r>
          </w:p>
        </w:tc>
        <w:tc>
          <w:tcPr>
            <w:tcW w:type="dxa" w:w="2700"/>
            <w:shd w:fill="F8FAFC"/>
            <w:tcMar>
              <w:top w:w="45" w:type="dxa"/>
              <w:bottom w:w="45" w:type="dxa"/>
              <w:left w:w="50" w:type="dxa"/>
              <w:right w:w="50" w:type="dxa"/>
            </w:tcMar>
          </w:tcPr>
          <w:p>
            <w:pPr>
              <w:spacing w:after="0"/>
            </w:pPr>
            <w:r>
              <w:rPr>
                <w:b/>
                <w:sz w:val="15"/>
              </w:rPr>
              <w:t>3. Security Gate Outward</w:t>
            </w:r>
          </w:p>
        </w:tc>
        <w:tc>
          <w:tcPr>
            <w:tcW w:type="dxa" w:w="2700"/>
            <w:shd w:fill="F8FAFC"/>
            <w:tcMar>
              <w:top w:w="45" w:type="dxa"/>
              <w:bottom w:w="45" w:type="dxa"/>
              <w:left w:w="50" w:type="dxa"/>
              <w:right w:w="50" w:type="dxa"/>
            </w:tcMar>
          </w:tcPr>
          <w:p>
            <w:pPr>
              <w:spacing w:after="0"/>
            </w:pPr>
            <w:r>
              <w:rPr>
                <w:b/>
                <w:sz w:val="15"/>
              </w:rPr>
              <w:t>4. Security Gate Inward Return</w:t>
            </w:r>
          </w:p>
        </w:tc>
      </w:tr>
      <w:tr>
        <w:tc>
          <w:tcPr>
            <w:tcW w:type="dxa" w:w="2700"/>
            <w:tcMar>
              <w:top w:w="60" w:type="dxa"/>
              <w:bottom w:w="60" w:type="dxa"/>
              <w:left w:w="50" w:type="dxa"/>
              <w:right w:w="50" w:type="dxa"/>
            </w:tcMar>
          </w:tcPr>
          <w:p>
            <w:pPr>
              <w:spacing w:after="0"/>
            </w:pPr>
            <w:r>
              <w:rPr>
                <w:sz w:val="15"/>
              </w:rPr>
              <w:t>Sign: __________________</w:t>
              <w:br/>
              <w:t>Name: __________________</w:t>
              <w:br/>
              <w:t>Desig: Facility / Resident</w:t>
            </w:r>
          </w:p>
        </w:tc>
        <w:tc>
          <w:tcPr>
            <w:tcW w:type="dxa" w:w="2700"/>
            <w:tcMar>
              <w:top w:w="60" w:type="dxa"/>
              <w:bottom w:w="60" w:type="dxa"/>
              <w:left w:w="50" w:type="dxa"/>
              <w:right w:w="50" w:type="dxa"/>
            </w:tcMar>
          </w:tcPr>
          <w:p>
            <w:pPr>
              <w:spacing w:after="0"/>
            </w:pPr>
            <w:r>
              <w:rPr>
                <w:sz w:val="15"/>
              </w:rPr>
              <w:t>Sign: __________________</w:t>
              <w:br/>
              <w:t>Name: __________________</w:t>
              <w:br/>
              <w:t>Date: ____/____/20__</w:t>
            </w:r>
          </w:p>
        </w:tc>
        <w:tc>
          <w:tcPr>
            <w:tcW w:type="dxa" w:w="2700"/>
            <w:tcMar>
              <w:top w:w="60" w:type="dxa"/>
              <w:bottom w:w="60" w:type="dxa"/>
              <w:left w:w="50" w:type="dxa"/>
              <w:right w:w="50" w:type="dxa"/>
            </w:tcMar>
          </w:tcPr>
          <w:p>
            <w:pPr>
              <w:spacing w:after="0"/>
            </w:pPr>
            <w:r>
              <w:rPr>
                <w:sz w:val="15"/>
              </w:rPr>
              <w:t>Out Date: ____/____/20__</w:t>
              <w:br/>
              <w:t>Time: ____:____ AM/PM</w:t>
              <w:br/>
              <w:t>Guard Sign: ____________</w:t>
            </w:r>
          </w:p>
        </w:tc>
        <w:tc>
          <w:tcPr>
            <w:tcW w:type="dxa" w:w="2700"/>
            <w:tcMar>
              <w:top w:w="60" w:type="dxa"/>
              <w:bottom w:w="60" w:type="dxa"/>
              <w:left w:w="50" w:type="dxa"/>
              <w:right w:w="50" w:type="dxa"/>
            </w:tcMar>
          </w:tcPr>
          <w:p>
            <w:pPr>
              <w:spacing w:after="0"/>
            </w:pPr>
            <w:r>
              <w:rPr>
                <w:sz w:val="15"/>
              </w:rPr>
              <w:t>In Date: ____/____/20__</w:t>
              <w:br/>
              <w:t>Items Verified: [ ] All [ ] Partial</w:t>
              <w:br/>
              <w:t>Guard Sign: ____________</w:t>
            </w:r>
          </w:p>
        </w:tc>
      </w:tr>
    </w:tbl>
    <w:p>
      <w:pPr>
        <w:spacing w:before="120"/>
        <w:jc w:val="center"/>
      </w:pPr>
      <w:r>
        <w:rPr>
          <w:color w:val="94A3B8"/>
          <w:sz w:val="15"/>
        </w:rPr>
        <w:t>DGate Society OS — Digital Material &amp; Gate Pass Management (https://dgate.in)</w:t>
      </w:r>
    </w:p>
    <w:sectPr w:rsidR="00FC693F" w:rsidRPr="0006063C" w:rsidSect="00034616">
      <w:pgSz w:w="12240" w:h="15840"/>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