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F172A"/>
          <w:sz w:val="30"/>
        </w:rPr>
        <w:t>VISITOR GATE PASS</w:t>
      </w:r>
    </w:p>
    <w:p>
      <w:pPr>
        <w:spacing w:after="160"/>
        <w:jc w:val="center"/>
      </w:pPr>
      <w:r>
        <w:rPr>
          <w:color w:val="64748B"/>
          <w:sz w:val="18"/>
        </w:rPr>
        <w:t>Standard Society / Facility Access Authorization Slip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F766E"/>
          <w:bottom w:val="single" w:sz="4" w:space="0" w:color="0F766E"/>
          <w:insideH w:val="single" w:sz="4" w:space="0" w:color="0F766E"/>
          <w:insideV w:val="single" w:sz="4" w:space="0" w:color="0F766E"/>
          <w:left w:val="single" w:sz="4" w:space="0" w:color="0F766E"/>
          <w:right w:val="single" w:sz="4" w:space="0" w:color="0F766E"/>
        </w:tblBorders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tcMar>
              <w:top w:w="60" w:type="dxa"/>
              <w:bottom w:w="60" w:type="dxa"/>
              <w:left w:w="80" w:type="dxa"/>
              <w:right w:w="80" w:type="dxa"/>
            </w:tcMar>
            <w:shd w:fill="F0FDFA"/>
          </w:tcPr>
          <w:p>
            <w:pPr>
              <w:spacing w:after="0"/>
            </w:pPr>
            <w:r>
              <w:rPr>
                <w:b/>
                <w:sz w:val="18"/>
              </w:rPr>
              <w:t>Pass No:</w:t>
            </w:r>
          </w:p>
        </w:tc>
        <w:tc>
          <w:tcPr>
            <w:tcW w:type="dxa" w:w="270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VGP-____-_______</w:t>
            </w:r>
          </w:p>
        </w:tc>
        <w:tc>
          <w:tcPr>
            <w:tcW w:type="dxa" w:w="2700"/>
            <w:tcMar>
              <w:top w:w="60" w:type="dxa"/>
              <w:bottom w:w="60" w:type="dxa"/>
              <w:left w:w="80" w:type="dxa"/>
              <w:right w:w="80" w:type="dxa"/>
            </w:tcMar>
            <w:shd w:fill="F0FDFA"/>
          </w:tcPr>
          <w:p>
            <w:pPr>
              <w:spacing w:after="0"/>
            </w:pPr>
            <w:r>
              <w:rPr>
                <w:b/>
                <w:sz w:val="18"/>
              </w:rPr>
              <w:t>Date:</w:t>
            </w:r>
          </w:p>
        </w:tc>
        <w:tc>
          <w:tcPr>
            <w:tcW w:type="dxa" w:w="270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____/____/20__</w:t>
            </w:r>
          </w:p>
        </w:tc>
      </w:tr>
      <w:tr>
        <w:tc>
          <w:tcPr>
            <w:tcW w:type="dxa" w:w="2700"/>
            <w:tcMar>
              <w:top w:w="60" w:type="dxa"/>
              <w:bottom w:w="60" w:type="dxa"/>
              <w:left w:w="80" w:type="dxa"/>
              <w:right w:w="80" w:type="dxa"/>
            </w:tcMar>
            <w:shd w:fill="F0FDFA"/>
          </w:tcPr>
          <w:p>
            <w:pPr>
              <w:spacing w:after="0"/>
            </w:pPr>
            <w:r>
              <w:rPr>
                <w:b/>
                <w:sz w:val="18"/>
              </w:rPr>
              <w:t>Time In:</w:t>
            </w:r>
          </w:p>
        </w:tc>
        <w:tc>
          <w:tcPr>
            <w:tcW w:type="dxa" w:w="270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____:____ AM/PM</w:t>
            </w:r>
          </w:p>
        </w:tc>
        <w:tc>
          <w:tcPr>
            <w:tcW w:type="dxa" w:w="2700"/>
            <w:tcMar>
              <w:top w:w="60" w:type="dxa"/>
              <w:bottom w:w="60" w:type="dxa"/>
              <w:left w:w="80" w:type="dxa"/>
              <w:right w:w="80" w:type="dxa"/>
            </w:tcMar>
            <w:shd w:fill="F0FDFA"/>
          </w:tcPr>
          <w:p>
            <w:pPr>
              <w:spacing w:after="0"/>
            </w:pPr>
            <w:r>
              <w:rPr>
                <w:b/>
                <w:sz w:val="18"/>
              </w:rPr>
              <w:t>Valid Until:</w:t>
            </w:r>
          </w:p>
        </w:tc>
        <w:tc>
          <w:tcPr>
            <w:tcW w:type="dxa" w:w="270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____:____ AM/PM (Same Day)</w:t>
            </w:r>
          </w:p>
        </w:tc>
      </w:tr>
    </w:tbl>
    <w:p>
      <w:pPr>
        <w:spacing w:before="80"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single" w:sz="4" w:space="0" w:color="CBD5E1"/>
          <w:right w:val="single" w:sz="4" w:space="0" w:color="CBD5E1"/>
        </w:tblBorders>
      </w:tblPr>
      <w:tblGrid>
        <w:gridCol w:w="3168"/>
        <w:gridCol w:w="7344"/>
      </w:tblGrid>
      <w:tr>
        <w:tc>
          <w:tcPr>
            <w:tcW w:type="dxa" w:w="5400"/>
            <w:tcMar>
              <w:top w:w="50" w:type="dxa"/>
              <w:bottom w:w="50" w:type="dxa"/>
              <w:left w:w="80" w:type="dxa"/>
              <w:right w:w="80" w:type="dxa"/>
            </w:tcMar>
            <w:shd w:fill="F8FAFC"/>
          </w:tcPr>
          <w:p>
            <w:pPr>
              <w:spacing w:after="0"/>
            </w:pPr>
            <w:r>
              <w:rPr>
                <w:b/>
                <w:sz w:val="17"/>
              </w:rPr>
              <w:t>Visitor Full Name</w:t>
            </w:r>
          </w:p>
        </w:tc>
        <w:tc>
          <w:tcPr>
            <w:tcW w:type="dxa" w:w="540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</w:t>
            </w:r>
          </w:p>
        </w:tc>
      </w:tr>
      <w:tr>
        <w:tc>
          <w:tcPr>
            <w:tcW w:type="dxa" w:w="5400"/>
            <w:tcMar>
              <w:top w:w="50" w:type="dxa"/>
              <w:bottom w:w="50" w:type="dxa"/>
              <w:left w:w="80" w:type="dxa"/>
              <w:right w:w="80" w:type="dxa"/>
            </w:tcMar>
            <w:shd w:fill="F8FAFC"/>
          </w:tcPr>
          <w:p>
            <w:pPr>
              <w:spacing w:after="0"/>
            </w:pPr>
            <w:r>
              <w:rPr>
                <w:b/>
                <w:sz w:val="17"/>
              </w:rPr>
              <w:t>Mobile Number</w:t>
            </w:r>
          </w:p>
        </w:tc>
        <w:tc>
          <w:tcPr>
            <w:tcW w:type="dxa" w:w="540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7"/>
              </w:rPr>
              <w:t>+91  _____ - ______________</w:t>
            </w:r>
          </w:p>
        </w:tc>
      </w:tr>
      <w:tr>
        <w:tc>
          <w:tcPr>
            <w:tcW w:type="dxa" w:w="5400"/>
            <w:tcMar>
              <w:top w:w="50" w:type="dxa"/>
              <w:bottom w:w="50" w:type="dxa"/>
              <w:left w:w="80" w:type="dxa"/>
              <w:right w:w="80" w:type="dxa"/>
            </w:tcMar>
            <w:shd w:fill="F8FAFC"/>
          </w:tcPr>
          <w:p>
            <w:pPr>
              <w:spacing w:after="0"/>
            </w:pPr>
            <w:r>
              <w:rPr>
                <w:b/>
                <w:sz w:val="17"/>
              </w:rPr>
              <w:t>Representing / Category</w:t>
            </w:r>
          </w:p>
        </w:tc>
        <w:tc>
          <w:tcPr>
            <w:tcW w:type="dxa" w:w="540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 (Guest / Courier / Service / Contractor)</w:t>
            </w:r>
          </w:p>
        </w:tc>
      </w:tr>
      <w:tr>
        <w:tc>
          <w:tcPr>
            <w:tcW w:type="dxa" w:w="5400"/>
            <w:tcMar>
              <w:top w:w="50" w:type="dxa"/>
              <w:bottom w:w="50" w:type="dxa"/>
              <w:left w:w="80" w:type="dxa"/>
              <w:right w:w="80" w:type="dxa"/>
            </w:tcMar>
            <w:shd w:fill="F8FAFC"/>
          </w:tcPr>
          <w:p>
            <w:pPr>
              <w:spacing w:after="0"/>
            </w:pPr>
            <w:r>
              <w:rPr>
                <w:b/>
                <w:sz w:val="17"/>
              </w:rPr>
              <w:t>ID Verification (Optional)</w:t>
            </w:r>
          </w:p>
        </w:tc>
        <w:tc>
          <w:tcPr>
            <w:tcW w:type="dxa" w:w="540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7"/>
              </w:rPr>
              <w:t>[ ] Not Required / Walk-in   [ ] Verified by Guard (ID Type: ________ Last 4: ____)</w:t>
            </w:r>
          </w:p>
        </w:tc>
      </w:tr>
      <w:tr>
        <w:tc>
          <w:tcPr>
            <w:tcW w:type="dxa" w:w="5400"/>
            <w:tcMar>
              <w:top w:w="50" w:type="dxa"/>
              <w:bottom w:w="50" w:type="dxa"/>
              <w:left w:w="80" w:type="dxa"/>
              <w:right w:w="80" w:type="dxa"/>
            </w:tcMar>
            <w:shd w:fill="F8FAFC"/>
          </w:tcPr>
          <w:p>
            <w:pPr>
              <w:spacing w:after="0"/>
            </w:pPr>
            <w:r>
              <w:rPr>
                <w:b/>
                <w:sz w:val="17"/>
              </w:rPr>
              <w:t>Flat / Destination To Visit</w:t>
            </w:r>
          </w:p>
        </w:tc>
        <w:tc>
          <w:tcPr>
            <w:tcW w:type="dxa" w:w="540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7"/>
              </w:rPr>
              <w:t>Tower / Block: _______________    Flat / Unit No: _______________</w:t>
            </w:r>
          </w:p>
        </w:tc>
      </w:tr>
      <w:tr>
        <w:tc>
          <w:tcPr>
            <w:tcW w:type="dxa" w:w="5400"/>
            <w:tcMar>
              <w:top w:w="50" w:type="dxa"/>
              <w:bottom w:w="50" w:type="dxa"/>
              <w:left w:w="80" w:type="dxa"/>
              <w:right w:w="80" w:type="dxa"/>
            </w:tcMar>
            <w:shd w:fill="F8FAFC"/>
          </w:tcPr>
          <w:p>
            <w:pPr>
              <w:spacing w:after="0"/>
            </w:pPr>
            <w:r>
              <w:rPr>
                <w:b/>
                <w:sz w:val="17"/>
              </w:rPr>
              <w:t>Host Resident / Contact Person</w:t>
            </w:r>
          </w:p>
        </w:tc>
        <w:tc>
          <w:tcPr>
            <w:tcW w:type="dxa" w:w="540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7"/>
              </w:rPr>
              <w:t>Name: ______________________    Phone: ______________________</w:t>
            </w:r>
          </w:p>
        </w:tc>
      </w:tr>
      <w:tr>
        <w:tc>
          <w:tcPr>
            <w:tcW w:type="dxa" w:w="5400"/>
            <w:tcMar>
              <w:top w:w="50" w:type="dxa"/>
              <w:bottom w:w="50" w:type="dxa"/>
              <w:left w:w="80" w:type="dxa"/>
              <w:right w:w="80" w:type="dxa"/>
            </w:tcMar>
            <w:shd w:fill="F8FAFC"/>
          </w:tcPr>
          <w:p>
            <w:pPr>
              <w:spacing w:after="0"/>
            </w:pPr>
            <w:r>
              <w:rPr>
                <w:b/>
                <w:sz w:val="17"/>
              </w:rPr>
              <w:t>Purpose of Visit</w:t>
            </w:r>
          </w:p>
        </w:tc>
        <w:tc>
          <w:tcPr>
            <w:tcW w:type="dxa" w:w="540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7"/>
              </w:rPr>
              <w:t>[ ] Personal Guest   [ ] Delivery   [ ] Home Maintenance   [ ] Official Work</w:t>
            </w:r>
          </w:p>
        </w:tc>
      </w:tr>
    </w:tbl>
    <w:p>
      <w:pPr>
        <w:spacing w:before="80"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single" w:sz="4" w:space="0" w:color="CBD5E1"/>
          <w:right w:val="single" w:sz="4" w:space="0" w:color="CBD5E1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shd w:fill="F1F5F9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Vehicle Category</w:t>
            </w:r>
          </w:p>
        </w:tc>
        <w:tc>
          <w:tcPr>
            <w:tcW w:type="dxa" w:w="3600"/>
            <w:shd w:fill="F1F5F9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Vehicle Registration No.</w:t>
            </w:r>
          </w:p>
        </w:tc>
        <w:tc>
          <w:tcPr>
            <w:tcW w:type="dxa" w:w="3600"/>
            <w:shd w:fill="F1F5F9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Parking Slot Assigned</w:t>
            </w:r>
          </w:p>
        </w:tc>
      </w:tr>
      <w:tr>
        <w:tc>
          <w:tcPr>
            <w:tcW w:type="dxa" w:w="360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7"/>
              </w:rPr>
              <w:t>[ ] 2-Wheeler  [ ] 4-Wheeler  [ ] Cab / None</w:t>
            </w:r>
          </w:p>
        </w:tc>
        <w:tc>
          <w:tcPr>
            <w:tcW w:type="dxa" w:w="360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</w:t>
            </w:r>
          </w:p>
        </w:tc>
        <w:tc>
          <w:tcPr>
            <w:tcW w:type="dxa" w:w="360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7"/>
              </w:rPr>
              <w:t>Visitor Slot: [       ] / None</w:t>
            </w:r>
          </w:p>
        </w:tc>
      </w:tr>
    </w:tbl>
    <w:p>
      <w:pPr>
        <w:spacing w:before="80"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94A3B8"/>
          <w:bottom w:val="single" w:sz="4" w:space="0" w:color="94A3B8"/>
          <w:insideH w:val="single" w:sz="4" w:space="0" w:color="94A3B8"/>
          <w:insideV w:val="single" w:sz="4" w:space="0" w:color="94A3B8"/>
          <w:left w:val="single" w:sz="4" w:space="0" w:color="94A3B8"/>
          <w:right w:val="single" w:sz="4" w:space="0" w:color="94A3B8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shd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sz w:val="16"/>
              </w:rPr>
              <w:t>1. Security Guard (Inward Entry)</w:t>
            </w:r>
          </w:p>
        </w:tc>
        <w:tc>
          <w:tcPr>
            <w:tcW w:type="dxa" w:w="3600"/>
            <w:shd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sz w:val="16"/>
              </w:rPr>
              <w:t>2. Host Approval</w:t>
            </w:r>
          </w:p>
        </w:tc>
        <w:tc>
          <w:tcPr>
            <w:tcW w:type="dxa" w:w="3600"/>
            <w:shd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sz w:val="16"/>
              </w:rPr>
              <w:t>3. Security Guard (Exit Verification)</w:t>
            </w:r>
          </w:p>
        </w:tc>
      </w:tr>
      <w:tr>
        <w:tc>
          <w:tcPr>
            <w:tcW w:type="dxa" w:w="360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Sign: _________________</w:t>
              <w:br/>
              <w:t>Guard Name: ____________</w:t>
              <w:br/>
              <w:t>Badge/Gate: ____________</w:t>
            </w:r>
          </w:p>
        </w:tc>
        <w:tc>
          <w:tcPr>
            <w:tcW w:type="dxa" w:w="360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Approval Mode: [ ] Phone [ ] App</w:t>
              <w:br/>
              <w:t>Host Sign: _____________</w:t>
              <w:br/>
              <w:t>Flat Owner / Tenant</w:t>
            </w:r>
          </w:p>
        </w:tc>
        <w:tc>
          <w:tcPr>
            <w:tcW w:type="dxa" w:w="360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Exit Time: ____:____ AM/PM</w:t>
              <w:br/>
              <w:t>Pass Returned: [ ] Yes [ ] N/A</w:t>
              <w:br/>
              <w:t>Guard Sign: ____________</w:t>
            </w:r>
          </w:p>
        </w:tc>
      </w:tr>
    </w:tbl>
    <w:p>
      <w:pPr>
        <w:spacing w:before="160"/>
        <w:jc w:val="center"/>
      </w:pPr>
      <w:r>
        <w:rPr>
          <w:color w:val="94A3B8"/>
          <w:sz w:val="15"/>
        </w:rPr>
        <w:t>DGate Society OS — Smart Gate Management &amp; Visitor Privacy (https://dgate.in)</w:t>
      </w:r>
    </w:p>
    <w:sectPr w:rsidR="00FC693F" w:rsidRPr="0006063C" w:rsidSect="00034616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